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BF6" w14:textId="77777777" w:rsidR="002C580D" w:rsidRPr="00A3794F" w:rsidRDefault="00815EF0">
      <w:pPr>
        <w:pStyle w:val="1"/>
        <w:rPr>
          <w:rFonts w:asciiTheme="majorEastAsia" w:hAnsiTheme="majorEastAsia"/>
          <w:color w:val="000000" w:themeColor="text1"/>
          <w:lang w:eastAsia="ja-JP"/>
        </w:rPr>
      </w:pPr>
      <w:r w:rsidRPr="00A3794F">
        <w:rPr>
          <w:rFonts w:asciiTheme="majorEastAsia" w:hAnsiTheme="majorEastAsia"/>
          <w:color w:val="000000" w:themeColor="text1"/>
          <w:lang w:eastAsia="ja-JP"/>
        </w:rPr>
        <w:t>第49回八尾河内音頭まつり</w:t>
      </w:r>
      <w:r w:rsidRPr="00A3794F">
        <w:rPr>
          <w:rFonts w:asciiTheme="majorEastAsia" w:hAnsiTheme="majorEastAsia"/>
          <w:color w:val="000000" w:themeColor="text1"/>
          <w:lang w:eastAsia="ja-JP"/>
        </w:rPr>
        <w:br/>
        <w:t>第1部ステージ出演 誓約書</w:t>
      </w:r>
    </w:p>
    <w:p w14:paraId="418389CC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私は、第49回八尾河内音頭まつり第1部ステージ出演に応募するにあたり、募集要項の内容を確認し、以下の事項を遵守することを誓約します。</w:t>
      </w:r>
      <w:r w:rsidRPr="00A3794F">
        <w:rPr>
          <w:rFonts w:asciiTheme="majorEastAsia" w:eastAsiaTheme="majorEastAsia" w:hAnsiTheme="majorEastAsia"/>
          <w:lang w:eastAsia="ja-JP"/>
        </w:rPr>
        <w:br/>
      </w:r>
      <w:r w:rsidRPr="00A3794F">
        <w:rPr>
          <w:rFonts w:asciiTheme="majorEastAsia" w:eastAsiaTheme="majorEastAsia" w:hAnsiTheme="majorEastAsia"/>
          <w:lang w:eastAsia="ja-JP"/>
        </w:rPr>
        <w:br/>
      </w:r>
    </w:p>
    <w:p w14:paraId="6E4A33A5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1. 募集要項の内容を理解し、主催者の指示に従います。</w:t>
      </w:r>
    </w:p>
    <w:p w14:paraId="2FAC274B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2. 申込内容に虚偽はありません。</w:t>
      </w:r>
    </w:p>
    <w:p w14:paraId="7A6C46E1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3. 出演に必要な物品・費用は出演者で負担します。</w:t>
      </w:r>
    </w:p>
    <w:p w14:paraId="26E80F64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4. 出演順その他の運営について主催者の決定に従います。</w:t>
      </w:r>
    </w:p>
    <w:p w14:paraId="2FA3274D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5. 開催中に撮影された写真・動画が公式ホームページやSNS等で使用されることに同意します。</w:t>
      </w:r>
    </w:p>
    <w:p w14:paraId="212782C0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6. 雨天等による内容変更・中止、出演に伴う費用の補償がないことを了承します。</w:t>
      </w:r>
    </w:p>
    <w:p w14:paraId="03CFC80F" w14:textId="77777777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r w:rsidRPr="00A3794F">
        <w:rPr>
          <w:rFonts w:asciiTheme="majorEastAsia" w:eastAsiaTheme="majorEastAsia" w:hAnsiTheme="majorEastAsia"/>
          <w:lang w:eastAsia="ja-JP"/>
        </w:rPr>
        <w:t>7. 開催趣旨に反する行為を行わず、指導があった場合は従います。</w:t>
      </w:r>
    </w:p>
    <w:p w14:paraId="553AA5CA" w14:textId="2979165C" w:rsidR="002C580D" w:rsidRPr="00A3794F" w:rsidRDefault="00815EF0">
      <w:pPr>
        <w:rPr>
          <w:rFonts w:asciiTheme="majorEastAsia" w:eastAsiaTheme="majorEastAsia" w:hAnsiTheme="majorEastAsia"/>
        </w:rPr>
      </w:pPr>
      <w:r w:rsidRPr="00A3794F">
        <w:rPr>
          <w:rFonts w:asciiTheme="majorEastAsia" w:eastAsiaTheme="majorEastAsia" w:hAnsiTheme="majorEastAsia"/>
          <w:lang w:eastAsia="ja-JP"/>
        </w:rPr>
        <w:br/>
      </w:r>
      <w:proofErr w:type="spellStart"/>
      <w:r w:rsidRPr="00A3794F">
        <w:rPr>
          <w:rFonts w:asciiTheme="majorEastAsia" w:eastAsiaTheme="majorEastAsia" w:hAnsiTheme="majorEastAsia"/>
        </w:rPr>
        <w:t>団体名</w:t>
      </w:r>
      <w:proofErr w:type="spellEnd"/>
      <w:r w:rsidRPr="00A3794F">
        <w:rPr>
          <w:rFonts w:asciiTheme="majorEastAsia" w:eastAsiaTheme="majorEastAsia" w:hAnsiTheme="majorEastAsia"/>
        </w:rPr>
        <w:t>：</w:t>
      </w:r>
      <w:r w:rsidR="00D5295F">
        <w:rPr>
          <w:u w:val="single"/>
        </w:rPr>
        <w:t>_____</w:t>
      </w:r>
      <w:proofErr w:type="gramStart"/>
      <w:r w:rsidR="00D5295F">
        <w:rPr>
          <w:u w:val="single"/>
        </w:rPr>
        <w:t>________________________________________________</w:t>
      </w:r>
      <w:proofErr w:type="gramEnd"/>
      <w:r w:rsidR="00660674" w:rsidRPr="00F22417">
        <w:rPr>
          <w:rFonts w:asciiTheme="majorEastAsia" w:eastAsiaTheme="majorEastAsia" w:hAnsiTheme="majorEastAsia" w:hint="eastAsia"/>
          <w:u w:val="single"/>
          <w:lang w:eastAsia="ja-JP"/>
        </w:rPr>
        <w:t xml:space="preserve">　</w:t>
      </w:r>
      <w:r w:rsidR="00143FA1" w:rsidRPr="00143FA1">
        <w:rPr>
          <w:rFonts w:asciiTheme="majorEastAsia" w:eastAsiaTheme="majorEastAsia" w:hAnsiTheme="majorEastAsia"/>
          <w:u w:val="single"/>
          <w:lang w:eastAsia="ja-JP"/>
        </w:rPr>
        <w:br/>
      </w:r>
    </w:p>
    <w:p w14:paraId="45F71504" w14:textId="3C33A97E" w:rsidR="002C580D" w:rsidRPr="00A3794F" w:rsidRDefault="00815EF0">
      <w:pPr>
        <w:rPr>
          <w:rFonts w:asciiTheme="majorEastAsia" w:eastAsiaTheme="majorEastAsia" w:hAnsiTheme="majorEastAsia"/>
        </w:rPr>
      </w:pPr>
      <w:proofErr w:type="spellStart"/>
      <w:r>
        <w:t>代表者名</w:t>
      </w:r>
      <w:proofErr w:type="spellEnd"/>
      <w:r>
        <w:t>：</w:t>
      </w:r>
      <w:r>
        <w:rPr>
          <w:u w:val="single"/>
        </w:rPr>
        <w:t>_______________________________________</w:t>
      </w:r>
      <w:r w:rsidR="00D5295F">
        <w:rPr>
          <w:u w:val="single"/>
        </w:rPr>
        <w:t>_____________</w:t>
      </w:r>
      <w:r>
        <w:rPr>
          <w:u w:val="single"/>
        </w:rPr>
        <w:t>_</w:t>
      </w:r>
      <w:r w:rsidR="00D5295F">
        <w:rPr>
          <w:u w:val="single"/>
        </w:rPr>
        <w:br/>
      </w:r>
    </w:p>
    <w:p w14:paraId="32EE241A" w14:textId="735FE799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proofErr w:type="spellStart"/>
      <w:r>
        <w:t>住所</w:t>
      </w:r>
      <w:proofErr w:type="spellEnd"/>
      <w:r>
        <w:t>：</w:t>
      </w:r>
      <w:r>
        <w:rPr>
          <w:u w:val="single"/>
        </w:rPr>
        <w:t>________________________________________</w:t>
      </w:r>
      <w:r w:rsidR="00D5295F">
        <w:rPr>
          <w:u w:val="single"/>
        </w:rPr>
        <w:br/>
      </w:r>
    </w:p>
    <w:p w14:paraId="74EBD7A1" w14:textId="481D49FD" w:rsidR="002C580D" w:rsidRPr="00A3794F" w:rsidRDefault="00815EF0">
      <w:pPr>
        <w:rPr>
          <w:rFonts w:asciiTheme="majorEastAsia" w:eastAsiaTheme="majorEastAsia" w:hAnsiTheme="majorEastAsia"/>
          <w:lang w:eastAsia="ja-JP"/>
        </w:rPr>
      </w:pPr>
      <w:proofErr w:type="spellStart"/>
      <w:r>
        <w:t>電話番号</w:t>
      </w:r>
      <w:proofErr w:type="spellEnd"/>
      <w:r>
        <w:t>：</w:t>
      </w:r>
      <w:r>
        <w:rPr>
          <w:u w:val="single"/>
        </w:rPr>
        <w:t>___________________________________</w:t>
      </w:r>
      <w:r w:rsidR="00D5295F">
        <w:rPr>
          <w:u w:val="single"/>
        </w:rPr>
        <w:br/>
      </w:r>
    </w:p>
    <w:p w14:paraId="16BC21B1" w14:textId="26AC52CB" w:rsidR="002C580D" w:rsidRPr="00A3794F" w:rsidRDefault="00815EF0">
      <w:pPr>
        <w:rPr>
          <w:rFonts w:asciiTheme="majorEastAsia" w:eastAsiaTheme="majorEastAsia" w:hAnsiTheme="majorEastAsia"/>
        </w:rPr>
      </w:pPr>
      <w:proofErr w:type="spellStart"/>
      <w:r>
        <w:t>署名</w:t>
      </w:r>
      <w:proofErr w:type="spellEnd"/>
      <w:r>
        <w:t>：</w:t>
      </w:r>
      <w:r>
        <w:rPr>
          <w:u w:val="single"/>
        </w:rPr>
        <w:t>________________________________________</w:t>
      </w:r>
      <w:r w:rsidR="00D5295F">
        <w:rPr>
          <w:u w:val="single"/>
        </w:rPr>
        <w:br/>
      </w:r>
    </w:p>
    <w:p w14:paraId="4A6553D9" w14:textId="77777777" w:rsidR="002C580D" w:rsidRPr="00A3794F" w:rsidRDefault="00815EF0">
      <w:pPr>
        <w:rPr>
          <w:rFonts w:asciiTheme="majorEastAsia" w:eastAsiaTheme="majorEastAsia" w:hAnsiTheme="majorEastAsia"/>
        </w:rPr>
      </w:pPr>
      <w:proofErr w:type="spellStart"/>
      <w:r w:rsidRPr="00A3794F">
        <w:rPr>
          <w:rFonts w:asciiTheme="majorEastAsia" w:eastAsiaTheme="majorEastAsia" w:hAnsiTheme="majorEastAsia"/>
        </w:rPr>
        <w:t>日付：</w:t>
      </w:r>
      <w:proofErr w:type="gramStart"/>
      <w:r w:rsidRPr="00A3794F">
        <w:rPr>
          <w:rFonts w:asciiTheme="majorEastAsia" w:eastAsiaTheme="majorEastAsia" w:hAnsiTheme="majorEastAsia"/>
        </w:rPr>
        <w:t>令和</w:t>
      </w:r>
      <w:proofErr w:type="spellEnd"/>
      <w:r w:rsidRPr="00A3794F">
        <w:rPr>
          <w:rFonts w:asciiTheme="majorEastAsia" w:eastAsiaTheme="majorEastAsia" w:hAnsiTheme="majorEastAsia"/>
        </w:rPr>
        <w:t xml:space="preserve">　　年</w:t>
      </w:r>
      <w:proofErr w:type="gramEnd"/>
      <w:r w:rsidRPr="00A3794F">
        <w:rPr>
          <w:rFonts w:asciiTheme="majorEastAsia" w:eastAsiaTheme="majorEastAsia" w:hAnsiTheme="majorEastAsia"/>
        </w:rPr>
        <w:t xml:space="preserve">　　</w:t>
      </w:r>
      <w:proofErr w:type="gramStart"/>
      <w:r w:rsidRPr="00A3794F">
        <w:rPr>
          <w:rFonts w:asciiTheme="majorEastAsia" w:eastAsiaTheme="majorEastAsia" w:hAnsiTheme="majorEastAsia"/>
        </w:rPr>
        <w:t>月　　日</w:t>
      </w:r>
      <w:proofErr w:type="gramEnd"/>
    </w:p>
    <w:sectPr w:rsidR="002C580D" w:rsidRPr="00A379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246414">
    <w:abstractNumId w:val="8"/>
  </w:num>
  <w:num w:numId="2" w16cid:durableId="481696898">
    <w:abstractNumId w:val="6"/>
  </w:num>
  <w:num w:numId="3" w16cid:durableId="1488398784">
    <w:abstractNumId w:val="5"/>
  </w:num>
  <w:num w:numId="4" w16cid:durableId="553464838">
    <w:abstractNumId w:val="4"/>
  </w:num>
  <w:num w:numId="5" w16cid:durableId="324433639">
    <w:abstractNumId w:val="7"/>
  </w:num>
  <w:num w:numId="6" w16cid:durableId="1706519400">
    <w:abstractNumId w:val="3"/>
  </w:num>
  <w:num w:numId="7" w16cid:durableId="717437441">
    <w:abstractNumId w:val="2"/>
  </w:num>
  <w:num w:numId="8" w16cid:durableId="2043162278">
    <w:abstractNumId w:val="1"/>
  </w:num>
  <w:num w:numId="9" w16cid:durableId="155677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714"/>
    <w:rsid w:val="00143FA1"/>
    <w:rsid w:val="00145EF3"/>
    <w:rsid w:val="0015074B"/>
    <w:rsid w:val="0019354E"/>
    <w:rsid w:val="0029639D"/>
    <w:rsid w:val="002C580D"/>
    <w:rsid w:val="002E0F80"/>
    <w:rsid w:val="00326F90"/>
    <w:rsid w:val="004E1604"/>
    <w:rsid w:val="0062318B"/>
    <w:rsid w:val="00660674"/>
    <w:rsid w:val="00815EF0"/>
    <w:rsid w:val="00A3794F"/>
    <w:rsid w:val="00AA1D8D"/>
    <w:rsid w:val="00B401C3"/>
    <w:rsid w:val="00B47730"/>
    <w:rsid w:val="00C11225"/>
    <w:rsid w:val="00CB0664"/>
    <w:rsid w:val="00D517F3"/>
    <w:rsid w:val="00D5295F"/>
    <w:rsid w:val="00E42A3D"/>
    <w:rsid w:val="00F224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268356"/>
  <w14:defaultImageDpi w14:val="300"/>
  <w15:docId w15:val="{7E554FDD-3054-44EE-9836-1A5A61AA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充洋 片山</cp:lastModifiedBy>
  <cp:revision>2</cp:revision>
  <dcterms:created xsi:type="dcterms:W3CDTF">2026-08-03T03:49:00Z</dcterms:created>
  <dcterms:modified xsi:type="dcterms:W3CDTF">2026-08-03T03:49:00Z</dcterms:modified>
  <cp:category/>
</cp:coreProperties>
</file>